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CBBD" w14:textId="2AE9E8D2" w:rsidR="00727726" w:rsidRPr="00066893" w:rsidRDefault="00000000" w:rsidP="00F8635F">
      <w:pPr>
        <w:pStyle w:val="Tytu"/>
        <w:keepNext/>
        <w:spacing w:after="40"/>
        <w:jc w:val="center"/>
        <w:rPr>
          <w:lang w:val="pl-PL"/>
        </w:rPr>
      </w:pPr>
      <w:r>
        <w:rPr>
          <w:rFonts w:ascii="Arial" w:eastAsia="Arial" w:hAnsi="Arial"/>
          <w:sz w:val="32"/>
          <w:lang w:val="pl-PL"/>
        </w:rPr>
        <w:t>FORMULARZ ZGŁOSZENIA</w:t>
      </w:r>
    </w:p>
    <w:p w14:paraId="6520CFA0" w14:textId="77777777" w:rsidR="00727726" w:rsidRPr="00066893" w:rsidRDefault="00000000">
      <w:pPr>
        <w:keepNext/>
        <w:spacing w:after="60" w:line="240" w:lineRule="auto"/>
        <w:jc w:val="center"/>
        <w:rPr>
          <w:lang w:val="pl-PL"/>
        </w:rPr>
      </w:pPr>
      <w:r>
        <w:rPr>
          <w:rFonts w:eastAsia="Arial"/>
          <w:b/>
          <w:sz w:val="25"/>
          <w:lang w:val="pl-PL"/>
        </w:rPr>
        <w:t>dla doktorantów</w:t>
      </w:r>
    </w:p>
    <w:p w14:paraId="36CA0F48" w14:textId="3158EDE7" w:rsidR="00727726" w:rsidRPr="00066893" w:rsidRDefault="00000000">
      <w:pPr>
        <w:keepNext/>
        <w:spacing w:after="20" w:line="240" w:lineRule="auto"/>
        <w:jc w:val="center"/>
        <w:rPr>
          <w:lang w:val="pl-PL"/>
        </w:rPr>
      </w:pPr>
      <w:r>
        <w:rPr>
          <w:rFonts w:eastAsia="Arial"/>
          <w:b/>
          <w:sz w:val="23"/>
          <w:lang w:val="pl-PL"/>
        </w:rPr>
        <w:t>XVIII edycja wykładów</w:t>
      </w:r>
      <w:r w:rsidR="008021C9">
        <w:rPr>
          <w:rFonts w:eastAsia="Arial"/>
          <w:b/>
          <w:sz w:val="23"/>
          <w:lang w:val="pl-PL"/>
        </w:rPr>
        <w:t xml:space="preserve"> nt.</w:t>
      </w:r>
      <w:r>
        <w:rPr>
          <w:rFonts w:eastAsia="Arial"/>
          <w:b/>
          <w:sz w:val="23"/>
          <w:lang w:val="pl-PL"/>
        </w:rPr>
        <w:t xml:space="preserve"> „Pojąć naukę – zrozumieć świat”</w:t>
      </w:r>
    </w:p>
    <w:p w14:paraId="00B9150D" w14:textId="77777777" w:rsidR="00727726" w:rsidRPr="00066893" w:rsidRDefault="00000000">
      <w:pPr>
        <w:keepNext/>
        <w:spacing w:after="20" w:line="240" w:lineRule="auto"/>
        <w:jc w:val="center"/>
        <w:rPr>
          <w:lang w:val="pl-PL"/>
        </w:rPr>
      </w:pPr>
      <w:r>
        <w:rPr>
          <w:rFonts w:eastAsia="Arial"/>
          <w:sz w:val="19"/>
          <w:lang w:val="pl-PL"/>
        </w:rPr>
        <w:t>z cyklu „Współczesny świat i jego poznanie – rezultaty badań łódzkich naukowców”</w:t>
      </w:r>
    </w:p>
    <w:p w14:paraId="576949AC" w14:textId="77777777" w:rsidR="00727726" w:rsidRPr="00066893" w:rsidRDefault="00000000">
      <w:pPr>
        <w:keepNext/>
        <w:spacing w:after="140" w:line="240" w:lineRule="auto"/>
        <w:jc w:val="center"/>
        <w:rPr>
          <w:lang w:val="pl-PL"/>
        </w:rPr>
      </w:pPr>
      <w:r>
        <w:rPr>
          <w:rFonts w:eastAsia="Arial"/>
          <w:b/>
          <w:sz w:val="20"/>
          <w:lang w:val="pl-PL"/>
        </w:rPr>
        <w:t>Rok akademicki 2026/2027  |  cykl 30-godzinny</w:t>
      </w:r>
    </w:p>
    <w:p w14:paraId="31CE2976" w14:textId="77777777" w:rsidR="00066893" w:rsidRDefault="00066893">
      <w:pPr>
        <w:spacing w:after="120" w:line="240" w:lineRule="auto"/>
        <w:jc w:val="center"/>
        <w:rPr>
          <w:rFonts w:eastAsia="Arial"/>
          <w:b/>
          <w:sz w:val="19"/>
          <w:lang w:val="pl-PL"/>
        </w:rPr>
      </w:pPr>
    </w:p>
    <w:p w14:paraId="7D3C1CEE" w14:textId="417B49E2" w:rsidR="00727726" w:rsidRPr="00F8635F" w:rsidRDefault="00000000">
      <w:pPr>
        <w:spacing w:after="120" w:line="240" w:lineRule="auto"/>
        <w:jc w:val="center"/>
        <w:rPr>
          <w:lang w:val="pl-PL"/>
        </w:rPr>
      </w:pPr>
      <w:r>
        <w:rPr>
          <w:rFonts w:eastAsia="Arial"/>
          <w:b/>
          <w:sz w:val="19"/>
          <w:lang w:val="pl-PL"/>
        </w:rPr>
        <w:t xml:space="preserve">Termin nadsyłania zgłoszeń: </w:t>
      </w:r>
      <w:r>
        <w:rPr>
          <w:rFonts w:eastAsia="Arial"/>
          <w:sz w:val="19"/>
          <w:lang w:val="pl-PL"/>
        </w:rPr>
        <w:t xml:space="preserve">22 października 2026 r.  </w:t>
      </w:r>
      <w:r>
        <w:rPr>
          <w:rFonts w:eastAsia="Arial"/>
          <w:b/>
          <w:sz w:val="19"/>
          <w:lang w:val="pl-PL"/>
        </w:rPr>
        <w:t xml:space="preserve">Rozpoczęcie wykładów: </w:t>
      </w:r>
      <w:r>
        <w:rPr>
          <w:rFonts w:eastAsia="Arial"/>
          <w:sz w:val="19"/>
          <w:lang w:val="pl-PL"/>
        </w:rPr>
        <w:t>29 października 2026 r., godz. 16.00</w:t>
      </w:r>
    </w:p>
    <w:p w14:paraId="1ADAFA11" w14:textId="77777777" w:rsidR="00066893" w:rsidRDefault="00066893">
      <w:pPr>
        <w:keepNext/>
        <w:spacing w:before="140" w:after="80" w:line="252" w:lineRule="auto"/>
        <w:rPr>
          <w:rFonts w:eastAsia="Arial"/>
          <w:b/>
          <w:sz w:val="24"/>
          <w:lang w:val="pl-PL"/>
        </w:rPr>
      </w:pPr>
    </w:p>
    <w:p w14:paraId="7FE0546C" w14:textId="77777777" w:rsidR="00066893" w:rsidRPr="00066893" w:rsidRDefault="00066893" w:rsidP="00066893">
      <w:pPr>
        <w:keepNext/>
        <w:spacing w:before="140" w:after="80" w:line="252" w:lineRule="auto"/>
        <w:rPr>
          <w:lang w:val="pl-PL"/>
        </w:rPr>
      </w:pPr>
      <w:r>
        <w:rPr>
          <w:rFonts w:eastAsia="Arial"/>
          <w:b/>
          <w:sz w:val="24"/>
          <w:lang w:val="pl-PL"/>
        </w:rPr>
        <w:t>Sposób przekazania formularza</w:t>
      </w:r>
    </w:p>
    <w:p w14:paraId="5C13A460" w14:textId="0CCB8E24" w:rsidR="00066893" w:rsidRPr="00066893" w:rsidRDefault="00066893" w:rsidP="00066893">
      <w:pPr>
        <w:spacing w:after="100" w:line="250" w:lineRule="auto"/>
        <w:rPr>
          <w:lang w:val="pl-PL"/>
        </w:rPr>
      </w:pPr>
      <w:r>
        <w:rPr>
          <w:rFonts w:eastAsia="Arial"/>
          <w:sz w:val="19"/>
          <w:lang w:val="pl-PL"/>
        </w:rPr>
        <w:t xml:space="preserve">Wypełniony i podpisany formularz należy przesłać e-mailem na adres </w:t>
      </w:r>
      <w:hyperlink r:id="rId8" w:history="1">
        <w:r w:rsidRPr="007A6DE0">
          <w:rPr>
            <w:rStyle w:val="Hipercze"/>
            <w:rFonts w:eastAsia="Arial"/>
            <w:b/>
            <w:sz w:val="19"/>
            <w:lang w:val="pl-PL"/>
          </w:rPr>
          <w:t>biuro@ltn.lodz.pl</w:t>
        </w:r>
      </w:hyperlink>
      <w:r>
        <w:rPr>
          <w:rFonts w:eastAsia="Arial"/>
          <w:sz w:val="19"/>
          <w:lang w:val="pl-PL"/>
        </w:rPr>
        <w:t>, pocztą tradycyjną lub złożyć w</w:t>
      </w:r>
      <w:r w:rsidR="007A6DE0">
        <w:rPr>
          <w:rFonts w:eastAsia="Arial"/>
          <w:sz w:val="19"/>
          <w:lang w:val="pl-PL"/>
        </w:rPr>
        <w:t> </w:t>
      </w:r>
      <w:r>
        <w:rPr>
          <w:rFonts w:eastAsia="Arial"/>
          <w:sz w:val="19"/>
          <w:lang w:val="pl-PL"/>
        </w:rPr>
        <w:t>sekretariacie Łódzkiego Towarzystwa Naukowego po wcześniejszym kontakcie telefonicznym: ul. M. Skłodowskiej-Curie 11, 90-505 Łódź, tel. 661 626 200.</w:t>
      </w:r>
    </w:p>
    <w:p w14:paraId="1DDA3777" w14:textId="77777777" w:rsidR="00066893" w:rsidRDefault="00066893" w:rsidP="00066893">
      <w:pPr>
        <w:spacing w:after="100" w:line="252" w:lineRule="auto"/>
        <w:rPr>
          <w:rFonts w:eastAsia="Arial"/>
          <w:i/>
          <w:color w:val="595959"/>
          <w:sz w:val="17"/>
          <w:lang w:val="pl-PL"/>
        </w:rPr>
      </w:pPr>
    </w:p>
    <w:p w14:paraId="4BFB39AC" w14:textId="578E85CE" w:rsidR="00066893" w:rsidRPr="00066893" w:rsidRDefault="00066893" w:rsidP="00066893">
      <w:pPr>
        <w:spacing w:after="100" w:line="252" w:lineRule="auto"/>
        <w:rPr>
          <w:lang w:val="pl-PL"/>
        </w:rPr>
      </w:pPr>
      <w:r>
        <w:rPr>
          <w:rFonts w:eastAsia="Arial"/>
          <w:i/>
          <w:color w:val="595959"/>
          <w:sz w:val="17"/>
          <w:lang w:val="pl-PL"/>
        </w:rPr>
        <w:t>Pola oznaczone gwiazdką (*) są obowiązkowe.</w:t>
      </w:r>
    </w:p>
    <w:p w14:paraId="4C729A93" w14:textId="38F5E266" w:rsidR="00727726" w:rsidRDefault="00000000">
      <w:pPr>
        <w:keepNext/>
        <w:spacing w:before="140" w:after="80" w:line="252" w:lineRule="auto"/>
      </w:pPr>
      <w:r>
        <w:rPr>
          <w:rFonts w:eastAsia="Arial"/>
          <w:b/>
          <w:sz w:val="24"/>
          <w:lang w:val="pl-PL"/>
        </w:rPr>
        <w:t>Dane uczestnika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27726" w14:paraId="378D38FC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A0E0A7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>Imię i nazwisko *</w:t>
            </w:r>
          </w:p>
          <w:p w14:paraId="2DD74C0C" w14:textId="230EF966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3FCFE01B" w14:textId="77777777" w:rsidR="00727726" w:rsidRDefault="00727726">
      <w:pPr>
        <w:spacing w:after="4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96"/>
        <w:gridCol w:w="3600"/>
      </w:tblGrid>
      <w:tr w:rsidR="00727726" w14:paraId="43EE9C3A" w14:textId="77777777">
        <w:trPr>
          <w:jc w:val="center"/>
        </w:trPr>
        <w:tc>
          <w:tcPr>
            <w:tcW w:w="669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D54D5E" w14:textId="77777777" w:rsidR="00727726" w:rsidRPr="00066893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>Adres e-mail do korespondencji *</w:t>
            </w:r>
          </w:p>
          <w:p w14:paraId="2605D5A8" w14:textId="77777777" w:rsidR="00727726" w:rsidRPr="00066893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E264F3" w14:textId="4C620223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 xml:space="preserve">Numer telefonu </w:t>
            </w:r>
          </w:p>
          <w:p w14:paraId="30478CBB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33EC430C" w14:textId="77777777" w:rsidR="00727726" w:rsidRDefault="00727726">
      <w:pPr>
        <w:spacing w:after="4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27726" w:rsidRPr="00F8635F" w14:paraId="29061700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D5055F" w14:textId="77777777" w:rsidR="00727726" w:rsidRPr="00066893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>Uczelnia * oraz wydział, instytut lub inna jednostka organizacyjna – jeśli dotyczy</w:t>
            </w:r>
          </w:p>
          <w:p w14:paraId="4C3BB11A" w14:textId="77777777" w:rsidR="00727726" w:rsidRPr="00066893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69AD2BB2" w14:textId="77777777" w:rsidR="00727726" w:rsidRPr="00066893" w:rsidRDefault="00727726">
      <w:pPr>
        <w:spacing w:after="40" w:line="252" w:lineRule="auto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27726" w:rsidRPr="00F8635F" w14:paraId="46AE0310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723D8E" w14:textId="77777777" w:rsidR="00727726" w:rsidRPr="00066893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>Szkoła doktorska lub inna forma kształcenia doktorantów *</w:t>
            </w:r>
          </w:p>
          <w:p w14:paraId="40B04E06" w14:textId="77777777" w:rsidR="00727726" w:rsidRPr="00066893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1CB85036" w14:textId="77777777" w:rsidR="00727726" w:rsidRPr="00066893" w:rsidRDefault="00727726">
      <w:pPr>
        <w:spacing w:after="40" w:line="252" w:lineRule="auto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2952"/>
      </w:tblGrid>
      <w:tr w:rsidR="00727726" w14:paraId="4DCE57A8" w14:textId="77777777">
        <w:trPr>
          <w:jc w:val="center"/>
        </w:trPr>
        <w:tc>
          <w:tcPr>
            <w:tcW w:w="734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E9E176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>Dyscyplina naukowa lub artystyczna *</w:t>
            </w:r>
          </w:p>
          <w:p w14:paraId="587B4E66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295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7B736D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>Rok kształcenia *</w:t>
            </w:r>
          </w:p>
          <w:p w14:paraId="5407E44E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0005A146" w14:textId="77777777" w:rsidR="00727726" w:rsidRDefault="00727726">
      <w:pPr>
        <w:spacing w:after="4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27726" w:rsidRPr="00F8635F" w14:paraId="497B3BE1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08BAB7" w14:textId="4741A557" w:rsidR="00727726" w:rsidRPr="00066893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>Temat rozprawy doktorskiej lub obszar zainteresowań badawczych</w:t>
            </w:r>
            <w:r w:rsidR="007A6DE0">
              <w:rPr>
                <w:rFonts w:eastAsia="Arial"/>
                <w:b/>
                <w:sz w:val="19"/>
                <w:lang w:val="pl-PL"/>
              </w:rPr>
              <w:t xml:space="preserve"> </w:t>
            </w:r>
            <w:r w:rsidR="007A6DE0" w:rsidRPr="007A6DE0">
              <w:rPr>
                <w:rFonts w:eastAsia="Arial"/>
                <w:b/>
                <w:sz w:val="19"/>
                <w:lang w:val="pl-PL"/>
              </w:rPr>
              <w:t>*</w:t>
            </w:r>
          </w:p>
          <w:p w14:paraId="30EFF8D7" w14:textId="77777777" w:rsidR="00727726" w:rsidRPr="00066893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  <w:p w14:paraId="012A2933" w14:textId="77777777" w:rsidR="00727726" w:rsidRPr="00066893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17B502FB" w14:textId="77777777" w:rsidR="00727726" w:rsidRPr="00066893" w:rsidRDefault="00727726">
      <w:pPr>
        <w:spacing w:after="40" w:line="252" w:lineRule="auto"/>
        <w:rPr>
          <w:lang w:val="pl-PL"/>
        </w:rPr>
      </w:pPr>
    </w:p>
    <w:p w14:paraId="5FE200A4" w14:textId="77777777" w:rsidR="00066893" w:rsidRDefault="00066893">
      <w:pPr>
        <w:pStyle w:val="Tytu"/>
        <w:keepNext/>
        <w:spacing w:after="160"/>
        <w:jc w:val="center"/>
        <w:rPr>
          <w:rFonts w:ascii="Arial" w:eastAsia="Arial" w:hAnsi="Arial"/>
          <w:sz w:val="28"/>
          <w:lang w:val="pl-PL"/>
        </w:rPr>
      </w:pPr>
    </w:p>
    <w:p w14:paraId="7624EDF8" w14:textId="77777777" w:rsidR="00066893" w:rsidRDefault="00066893" w:rsidP="00066893">
      <w:pPr>
        <w:rPr>
          <w:lang w:val="pl-PL"/>
        </w:rPr>
      </w:pPr>
    </w:p>
    <w:p w14:paraId="455125B4" w14:textId="77777777" w:rsidR="00066893" w:rsidRDefault="00066893" w:rsidP="00066893">
      <w:pPr>
        <w:rPr>
          <w:lang w:val="pl-PL"/>
        </w:rPr>
      </w:pPr>
    </w:p>
    <w:p w14:paraId="5331053C" w14:textId="77777777" w:rsidR="00066893" w:rsidRPr="00066893" w:rsidRDefault="00066893" w:rsidP="00066893">
      <w:pPr>
        <w:rPr>
          <w:lang w:val="pl-PL"/>
        </w:rPr>
      </w:pPr>
    </w:p>
    <w:p w14:paraId="0CDBD3D3" w14:textId="77777777" w:rsidR="007A6DE0" w:rsidRDefault="007A6DE0">
      <w:pPr>
        <w:pStyle w:val="Tytu"/>
        <w:keepNext/>
        <w:spacing w:after="160"/>
        <w:jc w:val="center"/>
        <w:rPr>
          <w:rFonts w:ascii="Arial" w:eastAsia="Arial" w:hAnsi="Arial"/>
          <w:sz w:val="28"/>
          <w:lang w:val="pl-PL"/>
        </w:rPr>
      </w:pPr>
    </w:p>
    <w:p w14:paraId="16CC1458" w14:textId="34D28F9A" w:rsidR="00727726" w:rsidRPr="00066893" w:rsidRDefault="00000000">
      <w:pPr>
        <w:pStyle w:val="Tytu"/>
        <w:keepNext/>
        <w:spacing w:after="160"/>
        <w:jc w:val="center"/>
        <w:rPr>
          <w:lang w:val="pl-PL"/>
        </w:rPr>
      </w:pPr>
      <w:r>
        <w:rPr>
          <w:rFonts w:ascii="Arial" w:eastAsia="Arial" w:hAnsi="Arial"/>
          <w:sz w:val="28"/>
          <w:lang w:val="pl-PL"/>
        </w:rPr>
        <w:t>INFORMACJA O PRZETWARZANIU DANYCH OSOBOWYCH</w:t>
      </w:r>
    </w:p>
    <w:p w14:paraId="5567696F" w14:textId="77777777" w:rsidR="007A6DE0" w:rsidRDefault="007A6DE0" w:rsidP="00066893">
      <w:pPr>
        <w:keepNext/>
        <w:spacing w:before="20" w:after="20" w:line="240" w:lineRule="auto"/>
        <w:jc w:val="both"/>
        <w:rPr>
          <w:rFonts w:eastAsia="Arial"/>
          <w:b/>
          <w:sz w:val="19"/>
          <w:lang w:val="pl-PL"/>
        </w:rPr>
      </w:pPr>
    </w:p>
    <w:p w14:paraId="13A83145" w14:textId="77777777" w:rsidR="007A6DE0" w:rsidRDefault="007A6DE0" w:rsidP="00066893">
      <w:pPr>
        <w:keepNext/>
        <w:spacing w:before="20" w:after="20" w:line="240" w:lineRule="auto"/>
        <w:jc w:val="both"/>
        <w:rPr>
          <w:rFonts w:eastAsia="Arial"/>
          <w:b/>
          <w:sz w:val="19"/>
          <w:lang w:val="pl-PL"/>
        </w:rPr>
      </w:pPr>
    </w:p>
    <w:p w14:paraId="07070EE1" w14:textId="77777777" w:rsidR="007A6DE0" w:rsidRDefault="007A6DE0" w:rsidP="00066893">
      <w:pPr>
        <w:keepNext/>
        <w:spacing w:before="20" w:after="20" w:line="240" w:lineRule="auto"/>
        <w:jc w:val="both"/>
        <w:rPr>
          <w:rFonts w:eastAsia="Arial"/>
          <w:b/>
          <w:sz w:val="19"/>
          <w:lang w:val="pl-PL"/>
        </w:rPr>
      </w:pPr>
    </w:p>
    <w:p w14:paraId="2E354318" w14:textId="3676CF9A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1. Administrator danych</w:t>
      </w:r>
    </w:p>
    <w:p w14:paraId="4C5BC25D" w14:textId="77777777" w:rsidR="00727726" w:rsidRPr="00066893" w:rsidRDefault="00000000" w:rsidP="00066893">
      <w:pPr>
        <w:spacing w:after="80" w:line="245" w:lineRule="auto"/>
        <w:jc w:val="both"/>
        <w:rPr>
          <w:spacing w:val="-2"/>
          <w:lang w:val="pl-PL"/>
        </w:rPr>
      </w:pPr>
      <w:r w:rsidRPr="00066893">
        <w:rPr>
          <w:rFonts w:eastAsia="Arial"/>
          <w:spacing w:val="-2"/>
          <w:sz w:val="18"/>
          <w:lang w:val="pl-PL"/>
        </w:rPr>
        <w:t>Administratorem danych osobowych jest Łódzkie Towarzystwo Naukowe z siedzibą przy ul. M. Skłodowskiej-Curie 11, 90-505 Łódź.</w:t>
      </w:r>
    </w:p>
    <w:p w14:paraId="773C5109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2. Kontakt w sprawach dotyczących danych osobowych</w:t>
      </w:r>
    </w:p>
    <w:p w14:paraId="1F9536B6" w14:textId="6598C01F" w:rsidR="00066893" w:rsidRPr="007A6DE0" w:rsidRDefault="00000000" w:rsidP="007A6DE0">
      <w:pPr>
        <w:spacing w:after="80" w:line="245" w:lineRule="auto"/>
        <w:jc w:val="both"/>
        <w:rPr>
          <w:rFonts w:eastAsia="Arial"/>
          <w:spacing w:val="-2"/>
          <w:sz w:val="18"/>
          <w:lang w:val="pl-PL"/>
        </w:rPr>
      </w:pPr>
      <w:r w:rsidRPr="00066893">
        <w:rPr>
          <w:rFonts w:eastAsia="Arial"/>
          <w:spacing w:val="-2"/>
          <w:sz w:val="18"/>
          <w:lang w:val="pl-PL"/>
        </w:rPr>
        <w:t>Z administratorem można skontaktować się e-mailem: biuro@ltn.lodz.pl, telefonicznie: 661 626 200 lub listownie na adres siedzib</w:t>
      </w:r>
      <w:r w:rsidR="00066893">
        <w:rPr>
          <w:lang w:val="pl-PL"/>
        </w:rPr>
        <w:tab/>
      </w:r>
    </w:p>
    <w:p w14:paraId="21AED001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3. Cele i podstawy przetwarzania</w:t>
      </w:r>
    </w:p>
    <w:p w14:paraId="4A6E81E4" w14:textId="7CB8BC99" w:rsidR="00727726" w:rsidRPr="00066893" w:rsidRDefault="00000000" w:rsidP="00066893">
      <w:pPr>
        <w:spacing w:after="80" w:line="245" w:lineRule="auto"/>
        <w:jc w:val="both"/>
        <w:rPr>
          <w:lang w:val="pl-PL"/>
        </w:rPr>
      </w:pPr>
      <w:r>
        <w:rPr>
          <w:rFonts w:eastAsia="Arial"/>
          <w:sz w:val="18"/>
          <w:lang w:val="pl-PL"/>
        </w:rPr>
        <w:t>Dane będą przetwarzane w celu przyjęcia i rozpatrzenia zgłoszenia, organizacji cyklu wykładów, komunikacji z uczestnikiem, prowadzenia list obecności oraz przygotowania i wydania potwierdzenia udziału. Podstawą jest art. 6 ust. 1 lit. b RODO – przetwarzanie niezbędne do podjęcia działań na żądanie osoby zgłaszającej i realizacji jej udziału w wydarzeniu. Dane mogą być również przetwarzane na podstawie art. 6 ust. 1 lit. f RODO w prawnie uzasadnionym interesie administratora, obejmującym sprawną organizację kontaktu, dostosowanie organizacji spotkań do grupy uczestników, dokumentowanie przebiegu wydarzenia i</w:t>
      </w:r>
      <w:r w:rsidR="00066893">
        <w:rPr>
          <w:rFonts w:eastAsia="Arial"/>
          <w:sz w:val="18"/>
          <w:lang w:val="pl-PL"/>
        </w:rPr>
        <w:t> </w:t>
      </w:r>
      <w:r>
        <w:rPr>
          <w:rFonts w:eastAsia="Arial"/>
          <w:sz w:val="18"/>
          <w:lang w:val="pl-PL"/>
        </w:rPr>
        <w:t>realizację obowiązków sprawozdawczych,</w:t>
      </w:r>
    </w:p>
    <w:p w14:paraId="0C79E544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4. Odbiorcy danych</w:t>
      </w:r>
    </w:p>
    <w:p w14:paraId="3B5D2896" w14:textId="3D00A34B" w:rsidR="00727726" w:rsidRPr="00066893" w:rsidRDefault="00000000" w:rsidP="00066893">
      <w:pPr>
        <w:spacing w:after="80" w:line="245" w:lineRule="auto"/>
        <w:jc w:val="both"/>
        <w:rPr>
          <w:lang w:val="pl-PL"/>
        </w:rPr>
      </w:pPr>
      <w:r>
        <w:rPr>
          <w:rFonts w:eastAsia="Arial"/>
          <w:sz w:val="18"/>
          <w:lang w:val="pl-PL"/>
        </w:rPr>
        <w:t xml:space="preserve">Dane mogą być udostępniane osobom upoważnionym przez administratora oraz podmiotom świadczącym na jego rzecz usługi informatyczne, hostingowe, pocztowe i archiwizacyjne. </w:t>
      </w:r>
    </w:p>
    <w:p w14:paraId="7FEAD5E2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5. Okres przechowywania</w:t>
      </w:r>
    </w:p>
    <w:p w14:paraId="6F1C45AC" w14:textId="1BA11DAA" w:rsidR="00727726" w:rsidRPr="00066893" w:rsidRDefault="00000000" w:rsidP="00066893">
      <w:pPr>
        <w:spacing w:after="80" w:line="245" w:lineRule="auto"/>
        <w:jc w:val="both"/>
        <w:rPr>
          <w:lang w:val="pl-PL"/>
        </w:rPr>
      </w:pPr>
      <w:r>
        <w:rPr>
          <w:rFonts w:eastAsia="Arial"/>
          <w:sz w:val="18"/>
          <w:lang w:val="pl-PL"/>
        </w:rPr>
        <w:t>Dane będą przechowywane przez okres naboru i realizacji cyklu wykładów, a następnie przez czas niezbędny do udokumentowania udziału, wypełnienia obowiązków sprawozdawczych i archiwizacyjnych</w:t>
      </w:r>
      <w:r w:rsidR="00066893">
        <w:rPr>
          <w:rFonts w:eastAsia="Arial"/>
          <w:sz w:val="18"/>
          <w:lang w:val="pl-PL"/>
        </w:rPr>
        <w:t>.</w:t>
      </w:r>
    </w:p>
    <w:p w14:paraId="2AA9BA04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6. Prawa osoby, której dane dotyczą</w:t>
      </w:r>
    </w:p>
    <w:p w14:paraId="4C51FFE6" w14:textId="77777777" w:rsidR="00727726" w:rsidRPr="00066893" w:rsidRDefault="00000000" w:rsidP="00066893">
      <w:pPr>
        <w:spacing w:after="80" w:line="245" w:lineRule="auto"/>
        <w:jc w:val="both"/>
        <w:rPr>
          <w:lang w:val="pl-PL"/>
        </w:rPr>
      </w:pPr>
      <w:r>
        <w:rPr>
          <w:rFonts w:eastAsia="Arial"/>
          <w:sz w:val="18"/>
          <w:lang w:val="pl-PL"/>
        </w:rPr>
        <w:t>Na zasadach określonych w RODO przysługuje prawo dostępu do danych, ich sprostowania, usunięcia i ograniczenia przetwarzania, a w zakresie danych przetwarzanych na podstawie art. 6 ust. 1 lit. b RODO – także prawo do przenoszenia danych. Wobec przetwarzania opartego na art. 6 ust. 1 lit. f RODO można wnieść sprzeciw. Przysługuje również prawo wniesienia skargi do Prezesa Urzędu Ochrony Danych Osobowych.</w:t>
      </w:r>
    </w:p>
    <w:p w14:paraId="00D2E93C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7. Dobrowolność podania danych</w:t>
      </w:r>
    </w:p>
    <w:p w14:paraId="364A4BA2" w14:textId="0EFBB065" w:rsidR="00727726" w:rsidRPr="00066893" w:rsidRDefault="00000000" w:rsidP="00066893">
      <w:pPr>
        <w:spacing w:after="80" w:line="245" w:lineRule="auto"/>
        <w:jc w:val="both"/>
        <w:rPr>
          <w:lang w:val="pl-PL"/>
        </w:rPr>
      </w:pPr>
      <w:r>
        <w:rPr>
          <w:rFonts w:eastAsia="Arial"/>
          <w:sz w:val="18"/>
          <w:lang w:val="pl-PL"/>
        </w:rPr>
        <w:t xml:space="preserve">Podanie danych oznaczonych jako obowiązkowe jest dobrowolne, lecz niezbędne do przyjęcia zgłoszenia i udziału w cyklu wykładów. </w:t>
      </w:r>
    </w:p>
    <w:p w14:paraId="5B445F77" w14:textId="77777777" w:rsidR="00727726" w:rsidRPr="00066893" w:rsidRDefault="00000000" w:rsidP="00066893">
      <w:pPr>
        <w:keepNext/>
        <w:spacing w:before="20" w:after="20" w:line="240" w:lineRule="auto"/>
        <w:jc w:val="both"/>
        <w:rPr>
          <w:lang w:val="pl-PL"/>
        </w:rPr>
      </w:pPr>
      <w:r>
        <w:rPr>
          <w:rFonts w:eastAsia="Arial"/>
          <w:b/>
          <w:sz w:val="19"/>
          <w:lang w:val="pl-PL"/>
        </w:rPr>
        <w:t>8. Zautomatyzowane podejmowanie decyzji</w:t>
      </w:r>
    </w:p>
    <w:p w14:paraId="690F46D3" w14:textId="77777777" w:rsidR="00727726" w:rsidRPr="00066893" w:rsidRDefault="00000000" w:rsidP="00066893">
      <w:pPr>
        <w:spacing w:after="80" w:line="245" w:lineRule="auto"/>
        <w:jc w:val="both"/>
        <w:rPr>
          <w:lang w:val="pl-PL"/>
        </w:rPr>
      </w:pPr>
      <w:r>
        <w:rPr>
          <w:rFonts w:eastAsia="Arial"/>
          <w:sz w:val="18"/>
          <w:lang w:val="pl-PL"/>
        </w:rPr>
        <w:t>Dane nie będą wykorzystywane do zautomatyzowanego podejmowania decyzji ani profilowania.</w:t>
      </w:r>
    </w:p>
    <w:p w14:paraId="0A1CEA64" w14:textId="77777777" w:rsidR="00727726" w:rsidRPr="00066893" w:rsidRDefault="00000000" w:rsidP="00066893">
      <w:pPr>
        <w:keepNext/>
        <w:spacing w:before="140" w:after="80" w:line="252" w:lineRule="auto"/>
        <w:jc w:val="both"/>
        <w:rPr>
          <w:lang w:val="pl-PL"/>
        </w:rPr>
      </w:pPr>
      <w:r>
        <w:rPr>
          <w:rFonts w:eastAsia="Arial"/>
          <w:b/>
          <w:sz w:val="24"/>
          <w:lang w:val="pl-PL"/>
        </w:rPr>
        <w:t>Oświadczenie uczestnika</w:t>
      </w:r>
    </w:p>
    <w:p w14:paraId="1258BAB9" w14:textId="77777777" w:rsidR="00727726" w:rsidRPr="00066893" w:rsidRDefault="00000000" w:rsidP="00066893">
      <w:pPr>
        <w:spacing w:line="252" w:lineRule="auto"/>
        <w:jc w:val="both"/>
        <w:rPr>
          <w:spacing w:val="-6"/>
          <w:lang w:val="pl-PL"/>
        </w:rPr>
      </w:pPr>
      <w:r w:rsidRPr="00066893">
        <w:rPr>
          <w:rFonts w:eastAsia="Arial"/>
          <w:spacing w:val="-6"/>
          <w:sz w:val="24"/>
          <w:lang w:val="pl-PL"/>
        </w:rPr>
        <w:t xml:space="preserve">☐  </w:t>
      </w:r>
      <w:r w:rsidRPr="00066893">
        <w:rPr>
          <w:rFonts w:eastAsia="Arial"/>
          <w:spacing w:val="-8"/>
          <w:sz w:val="19"/>
          <w:lang w:val="pl-PL"/>
        </w:rPr>
        <w:t>Oświadczam, że zapoznałem(-</w:t>
      </w:r>
      <w:proofErr w:type="spellStart"/>
      <w:r w:rsidRPr="00066893">
        <w:rPr>
          <w:rFonts w:eastAsia="Arial"/>
          <w:spacing w:val="-8"/>
          <w:sz w:val="19"/>
          <w:lang w:val="pl-PL"/>
        </w:rPr>
        <w:t>am</w:t>
      </w:r>
      <w:proofErr w:type="spellEnd"/>
      <w:r w:rsidRPr="00066893">
        <w:rPr>
          <w:rFonts w:eastAsia="Arial"/>
          <w:spacing w:val="-8"/>
          <w:sz w:val="19"/>
          <w:lang w:val="pl-PL"/>
        </w:rPr>
        <w:t>) się z powyższą informacją o przetwarzaniu danych osobowych i przyjmuję ją do wiadomości.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5544"/>
      </w:tblGrid>
      <w:tr w:rsidR="00727726" w14:paraId="035EB728" w14:textId="77777777">
        <w:trPr>
          <w:jc w:val="center"/>
        </w:trPr>
        <w:tc>
          <w:tcPr>
            <w:tcW w:w="475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000E1E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8"/>
                <w:lang w:val="pl-PL"/>
              </w:rPr>
              <w:t>Miejscowość i data</w:t>
            </w:r>
          </w:p>
          <w:p w14:paraId="2A2A769B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  <w:p w14:paraId="3A14ECC1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554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B76CA" w14:textId="073E5FE1" w:rsidR="00727726" w:rsidRDefault="00066893">
            <w:pPr>
              <w:spacing w:after="60" w:line="240" w:lineRule="auto"/>
            </w:pPr>
            <w:r>
              <w:rPr>
                <w:rFonts w:eastAsia="Arial"/>
                <w:b/>
                <w:sz w:val="18"/>
                <w:lang w:val="pl-PL"/>
              </w:rPr>
              <w:t>Podpis uczestnika</w:t>
            </w:r>
          </w:p>
          <w:p w14:paraId="4B98F295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  <w:p w14:paraId="459F17BE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1C05992F" w14:textId="56282567" w:rsidR="00066893" w:rsidRDefault="00066893" w:rsidP="00066893">
      <w:pPr>
        <w:keepNext/>
        <w:tabs>
          <w:tab w:val="left" w:pos="9660"/>
        </w:tabs>
        <w:spacing w:before="140" w:after="80" w:line="252" w:lineRule="auto"/>
        <w:rPr>
          <w:rFonts w:eastAsia="Arial"/>
          <w:b/>
          <w:sz w:val="24"/>
          <w:lang w:val="pl-PL"/>
        </w:rPr>
      </w:pPr>
      <w:r>
        <w:rPr>
          <w:rFonts w:eastAsia="Arial"/>
          <w:b/>
          <w:sz w:val="24"/>
          <w:lang w:val="pl-PL"/>
        </w:rPr>
        <w:tab/>
      </w:r>
    </w:p>
    <w:p w14:paraId="6F76AC80" w14:textId="77777777" w:rsidR="00066893" w:rsidRDefault="00066893">
      <w:pPr>
        <w:keepNext/>
        <w:spacing w:before="140" w:after="80" w:line="252" w:lineRule="auto"/>
        <w:rPr>
          <w:rFonts w:eastAsia="Arial"/>
          <w:b/>
          <w:sz w:val="24"/>
          <w:lang w:val="pl-PL"/>
        </w:rPr>
      </w:pPr>
    </w:p>
    <w:p w14:paraId="3242C839" w14:textId="77777777" w:rsidR="00066893" w:rsidRDefault="00066893">
      <w:pPr>
        <w:keepNext/>
        <w:spacing w:before="140" w:after="80" w:line="252" w:lineRule="auto"/>
        <w:rPr>
          <w:rFonts w:eastAsia="Arial"/>
          <w:b/>
          <w:sz w:val="24"/>
          <w:lang w:val="pl-PL"/>
        </w:rPr>
      </w:pPr>
    </w:p>
    <w:p w14:paraId="63A538EB" w14:textId="56307501" w:rsidR="00727726" w:rsidRDefault="00000000">
      <w:pPr>
        <w:keepNext/>
        <w:spacing w:before="140" w:after="80" w:line="252" w:lineRule="auto"/>
      </w:pPr>
      <w:r>
        <w:rPr>
          <w:rFonts w:eastAsia="Arial"/>
          <w:b/>
          <w:sz w:val="24"/>
          <w:lang w:val="pl-PL"/>
        </w:rPr>
        <w:t>Adnotacje organizatora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12"/>
      </w:tblGrid>
      <w:tr w:rsidR="00727726" w14:paraId="7B33A5FA" w14:textId="77777777">
        <w:trPr>
          <w:jc w:val="center"/>
        </w:trPr>
        <w:tc>
          <w:tcPr>
            <w:tcW w:w="51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582D6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7"/>
                <w:lang w:val="pl-PL"/>
              </w:rPr>
              <w:t>Data wpływu zgłoszenia</w:t>
            </w:r>
          </w:p>
          <w:p w14:paraId="20F92210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511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9C7CE2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7"/>
                <w:lang w:val="pl-PL"/>
              </w:rPr>
              <w:t>Zakwalifikowano  ☐ tak  ☐ nie</w:t>
            </w:r>
          </w:p>
          <w:p w14:paraId="5E6F9F00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  <w:tr w:rsidR="00727726" w14:paraId="0535AE74" w14:textId="77777777">
        <w:trPr>
          <w:jc w:val="center"/>
        </w:trPr>
        <w:tc>
          <w:tcPr>
            <w:tcW w:w="51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36601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7"/>
                <w:lang w:val="pl-PL"/>
              </w:rPr>
              <w:t>Potwierdzenie przyjęcia wysłano dnia</w:t>
            </w:r>
          </w:p>
          <w:p w14:paraId="711CE357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511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4A7C89" w14:textId="77777777" w:rsidR="00727726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7"/>
                <w:lang w:val="pl-PL"/>
              </w:rPr>
              <w:t>Uwagi</w:t>
            </w:r>
          </w:p>
          <w:p w14:paraId="50987E64" w14:textId="77777777" w:rsidR="00727726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77724FBC" w14:textId="031AE696" w:rsidR="00963B36" w:rsidRDefault="008021C9" w:rsidP="008021C9">
      <w:pPr>
        <w:tabs>
          <w:tab w:val="left" w:pos="990"/>
        </w:tabs>
      </w:pPr>
      <w:r>
        <w:tab/>
      </w:r>
    </w:p>
    <w:sectPr w:rsidR="00963B36" w:rsidSect="00F8635F">
      <w:headerReference w:type="default" r:id="rId9"/>
      <w:footerReference w:type="default" r:id="rId10"/>
      <w:pgSz w:w="12240" w:h="15840"/>
      <w:pgMar w:top="792" w:right="936" w:bottom="792" w:left="936" w:header="426" w:footer="1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CB5B" w14:textId="77777777" w:rsidR="000741B0" w:rsidRDefault="000741B0" w:rsidP="00066893">
      <w:pPr>
        <w:spacing w:after="0" w:line="240" w:lineRule="auto"/>
      </w:pPr>
      <w:r>
        <w:separator/>
      </w:r>
    </w:p>
  </w:endnote>
  <w:endnote w:type="continuationSeparator" w:id="0">
    <w:p w14:paraId="1D3A6F95" w14:textId="77777777" w:rsidR="000741B0" w:rsidRDefault="000741B0" w:rsidP="00066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AFF3" w14:textId="77777777" w:rsidR="00066893" w:rsidRPr="00066893" w:rsidRDefault="00066893" w:rsidP="00066893">
    <w:pPr>
      <w:spacing w:after="0" w:line="240" w:lineRule="auto"/>
      <w:jc w:val="center"/>
      <w:rPr>
        <w:b/>
        <w:color w:val="7F7F7F"/>
        <w:sz w:val="20"/>
        <w:lang w:val="pl-PL"/>
      </w:rPr>
    </w:pPr>
    <w:bookmarkStart w:id="0" w:name="_Hlk241072955"/>
    <w:bookmarkStart w:id="1" w:name="_Hlk241072956"/>
    <w:r w:rsidRPr="00066893">
      <w:rPr>
        <w:rFonts w:eastAsia="Arial"/>
        <w:b/>
        <w:color w:val="7F7F7F"/>
        <w:spacing w:val="40"/>
        <w:sz w:val="20"/>
        <w:lang w:val="pl-PL"/>
      </w:rPr>
      <w:t xml:space="preserve">ŁÓDZKIE TOWARZYSTWO NAUKOWE, </w:t>
    </w:r>
    <w:r w:rsidRPr="00066893">
      <w:rPr>
        <w:b/>
        <w:color w:val="7F7F7F"/>
        <w:sz w:val="20"/>
        <w:lang w:val="pl-PL"/>
      </w:rPr>
      <w:t>ul. M. Skłodowskiej-Curie 11, 90-505 ŁÓDŹ</w:t>
    </w:r>
  </w:p>
  <w:p w14:paraId="7808B5C5" w14:textId="77777777" w:rsidR="00066893" w:rsidRDefault="00066893" w:rsidP="00066893">
    <w:pPr>
      <w:spacing w:after="0" w:line="240" w:lineRule="auto"/>
      <w:jc w:val="center"/>
      <w:rPr>
        <w:b/>
        <w:color w:val="7F7F7F"/>
        <w:sz w:val="20"/>
      </w:rPr>
    </w:pPr>
    <w:r>
      <w:rPr>
        <w:b/>
        <w:color w:val="7F7F7F"/>
        <w:sz w:val="20"/>
      </w:rPr>
      <w:t>tel. (+48) 42 66-554-59;  (+48) 661 626 200; www.ltn.lodz.pl; e-mail: biuro@ltn.lodz.pl</w:t>
    </w:r>
  </w:p>
  <w:bookmarkEnd w:id="0"/>
  <w:bookmarkEnd w:id="1"/>
  <w:p w14:paraId="601BBE08" w14:textId="77777777" w:rsidR="00066893" w:rsidRDefault="000668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263A9" w14:textId="77777777" w:rsidR="000741B0" w:rsidRDefault="000741B0" w:rsidP="00066893">
      <w:pPr>
        <w:spacing w:after="0" w:line="240" w:lineRule="auto"/>
      </w:pPr>
      <w:r>
        <w:separator/>
      </w:r>
    </w:p>
  </w:footnote>
  <w:footnote w:type="continuationSeparator" w:id="0">
    <w:p w14:paraId="43EB110C" w14:textId="77777777" w:rsidR="000741B0" w:rsidRDefault="000741B0" w:rsidP="00066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A912" w14:textId="77777777" w:rsidR="00F8635F" w:rsidRPr="00F8635F" w:rsidRDefault="00F8635F" w:rsidP="00F8635F">
    <w:pPr>
      <w:spacing w:after="40"/>
      <w:jc w:val="center"/>
      <w:rPr>
        <w:sz w:val="20"/>
        <w:lang w:val="pl-PL"/>
      </w:rPr>
    </w:pPr>
    <w:r w:rsidRPr="00F8635F">
      <w:rPr>
        <w:rFonts w:eastAsia="Arial"/>
        <w:b/>
        <w:color w:val="666666"/>
        <w:sz w:val="17"/>
        <w:lang w:val="pl-PL"/>
      </w:rPr>
      <w:t>STAŁA KONFERENCJA ŁÓDZKIEGO TOWARZYSTWA NAUKOWEGO</w:t>
    </w:r>
  </w:p>
  <w:p w14:paraId="5859CB1E" w14:textId="77777777" w:rsidR="00F8635F" w:rsidRPr="00F8635F" w:rsidRDefault="00F8635F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5021787">
    <w:abstractNumId w:val="8"/>
  </w:num>
  <w:num w:numId="2" w16cid:durableId="1936282658">
    <w:abstractNumId w:val="6"/>
  </w:num>
  <w:num w:numId="3" w16cid:durableId="1954554731">
    <w:abstractNumId w:val="5"/>
  </w:num>
  <w:num w:numId="4" w16cid:durableId="164632833">
    <w:abstractNumId w:val="4"/>
  </w:num>
  <w:num w:numId="5" w16cid:durableId="659431142">
    <w:abstractNumId w:val="7"/>
  </w:num>
  <w:num w:numId="6" w16cid:durableId="1918972997">
    <w:abstractNumId w:val="3"/>
  </w:num>
  <w:num w:numId="7" w16cid:durableId="465510488">
    <w:abstractNumId w:val="2"/>
  </w:num>
  <w:num w:numId="8" w16cid:durableId="60562007">
    <w:abstractNumId w:val="1"/>
  </w:num>
  <w:num w:numId="9" w16cid:durableId="201249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893"/>
    <w:rsid w:val="000741B0"/>
    <w:rsid w:val="0015074B"/>
    <w:rsid w:val="00182340"/>
    <w:rsid w:val="0029639D"/>
    <w:rsid w:val="00326F90"/>
    <w:rsid w:val="00554848"/>
    <w:rsid w:val="00727726"/>
    <w:rsid w:val="007A6DE0"/>
    <w:rsid w:val="008021C9"/>
    <w:rsid w:val="00963B36"/>
    <w:rsid w:val="00AA1D8D"/>
    <w:rsid w:val="00B47730"/>
    <w:rsid w:val="00CB0664"/>
    <w:rsid w:val="00F863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A82BC0"/>
  <w14:defaultImageDpi w14:val="300"/>
  <w15:docId w15:val="{40A73215-647B-4A77-AFB0-9C23D112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7A6DE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6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iuro@ltn.lo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dla doktorantów ŁTN 2026 2027</dc:title>
  <dc:subject>XVIII edycja wykładów dla doktorantów w roku akademickim 2026/2027</dc:subject>
  <dc:creator>Łódzkie Towarzystwo Naukowe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2026-09-23T15:22:00Z</dcterms:modified>
  <cp:category/>
</cp:coreProperties>
</file>